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E1F" w:rsidRDefault="00850ABB" w:rsidP="00F34E1F">
      <w:pPr>
        <w:pStyle w:val="Nagwek1"/>
        <w:jc w:val="center"/>
        <w:rPr>
          <w:rFonts w:cstheme="majorHAnsi"/>
        </w:rPr>
      </w:pPr>
      <w:r w:rsidRPr="00F34E1F">
        <w:rPr>
          <w:rFonts w:cstheme="majorHAnsi"/>
        </w:rPr>
        <w:t>UPOWAŻNIENIE DO ODBIORU WYNIKÓW LABORATORYJNYCH</w:t>
      </w:r>
    </w:p>
    <w:p w:rsidR="00F34E1F" w:rsidRPr="00F34E1F" w:rsidRDefault="00F34E1F" w:rsidP="00F34E1F"/>
    <w:p w:rsidR="000530A7" w:rsidRPr="00F34E1F" w:rsidRDefault="00850ABB" w:rsidP="00F34E1F">
      <w:pPr>
        <w:spacing w:after="0" w:line="288" w:lineRule="auto"/>
        <w:jc w:val="center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>Ja, niżej podpisany/a:</w:t>
      </w:r>
    </w:p>
    <w:p w:rsidR="000530A7" w:rsidRPr="00F34E1F" w:rsidRDefault="00850ABB" w:rsidP="00F34E1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>Imię i nazwisko pacjenta: .................................................................</w:t>
      </w:r>
    </w:p>
    <w:p w:rsidR="000530A7" w:rsidRPr="00F34E1F" w:rsidRDefault="00850ABB" w:rsidP="00F34E1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>Numer PESEL pacjenta: .................................................................</w:t>
      </w:r>
    </w:p>
    <w:p w:rsidR="000530A7" w:rsidRPr="00F34E1F" w:rsidRDefault="00850ABB" w:rsidP="00F34E1F">
      <w:pPr>
        <w:spacing w:after="0" w:line="288" w:lineRule="auto"/>
        <w:rPr>
          <w:rFonts w:asciiTheme="majorHAnsi" w:hAnsiTheme="majorHAnsi" w:cstheme="majorHAnsi"/>
        </w:rPr>
      </w:pPr>
      <w:proofErr w:type="spellStart"/>
      <w:r w:rsidRPr="00F34E1F">
        <w:rPr>
          <w:rFonts w:asciiTheme="majorHAnsi" w:hAnsiTheme="majorHAnsi" w:cstheme="majorHAnsi"/>
        </w:rPr>
        <w:t>Telefon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kontaktowy</w:t>
      </w:r>
      <w:proofErr w:type="spellEnd"/>
      <w:r w:rsidRPr="00F34E1F">
        <w:rPr>
          <w:rFonts w:asciiTheme="majorHAnsi" w:hAnsiTheme="majorHAnsi" w:cstheme="majorHAnsi"/>
        </w:rPr>
        <w:t>: .................................................................</w:t>
      </w:r>
    </w:p>
    <w:p w:rsidR="000530A7" w:rsidRPr="00F34E1F" w:rsidRDefault="00F34E1F" w:rsidP="00F34E1F">
      <w:pPr>
        <w:spacing w:after="0" w:line="288" w:lineRule="auto"/>
        <w:jc w:val="center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Upoważniam</w:t>
      </w:r>
      <w:proofErr w:type="spellEnd"/>
      <w:r>
        <w:rPr>
          <w:rFonts w:asciiTheme="majorHAnsi" w:hAnsiTheme="majorHAnsi" w:cstheme="majorHAnsi"/>
        </w:rPr>
        <w:t>:</w:t>
      </w:r>
    </w:p>
    <w:p w:rsidR="000530A7" w:rsidRPr="00F34E1F" w:rsidRDefault="00850ABB" w:rsidP="00F34E1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>Imię i nazwisko osoby upoważnionej: .................................................................</w:t>
      </w:r>
    </w:p>
    <w:p w:rsidR="000530A7" w:rsidRPr="00F34E1F" w:rsidRDefault="00850ABB" w:rsidP="00F34E1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>Numer dowodu osobistego osoby upoważnionej: .................................................................</w:t>
      </w:r>
    </w:p>
    <w:p w:rsidR="000530A7" w:rsidRPr="00F34E1F" w:rsidRDefault="00850ABB" w:rsidP="00F34E1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 xml:space="preserve">do </w:t>
      </w:r>
      <w:proofErr w:type="spellStart"/>
      <w:r w:rsidRPr="00F34E1F">
        <w:rPr>
          <w:rFonts w:asciiTheme="majorHAnsi" w:hAnsiTheme="majorHAnsi" w:cstheme="majorHAnsi"/>
        </w:rPr>
        <w:t>odbioru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wyników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laboratoryjnych</w:t>
      </w:r>
      <w:proofErr w:type="spellEnd"/>
      <w:r w:rsidRPr="00F34E1F">
        <w:rPr>
          <w:rFonts w:asciiTheme="majorHAnsi" w:hAnsiTheme="majorHAnsi" w:cstheme="majorHAnsi"/>
        </w:rPr>
        <w:t xml:space="preserve"> dotyczących mojego badania, przeprowadzonego w laboratorium </w:t>
      </w:r>
      <w:proofErr w:type="spellStart"/>
      <w:r w:rsidRPr="00F34E1F">
        <w:rPr>
          <w:rFonts w:asciiTheme="majorHAnsi" w:hAnsiTheme="majorHAnsi" w:cstheme="majorHAnsi"/>
        </w:rPr>
        <w:t>medycznym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r w:rsidR="00F34E1F">
        <w:rPr>
          <w:rFonts w:asciiTheme="majorHAnsi" w:hAnsiTheme="majorHAnsi" w:cstheme="majorHAnsi"/>
        </w:rPr>
        <w:t xml:space="preserve">SPZZOZ w </w:t>
      </w:r>
      <w:proofErr w:type="spellStart"/>
      <w:r w:rsidR="00F34E1F">
        <w:rPr>
          <w:rFonts w:asciiTheme="majorHAnsi" w:hAnsiTheme="majorHAnsi" w:cstheme="majorHAnsi"/>
        </w:rPr>
        <w:t>Pruszkowie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zlecanych</w:t>
      </w:r>
      <w:proofErr w:type="spellEnd"/>
      <w:r w:rsidRPr="00F34E1F">
        <w:rPr>
          <w:rFonts w:asciiTheme="majorHAnsi" w:hAnsiTheme="majorHAnsi" w:cstheme="majorHAnsi"/>
        </w:rPr>
        <w:t xml:space="preserve"> w </w:t>
      </w:r>
      <w:proofErr w:type="spellStart"/>
      <w:r w:rsidRPr="00F34E1F">
        <w:rPr>
          <w:rFonts w:asciiTheme="majorHAnsi" w:hAnsiTheme="majorHAnsi" w:cstheme="majorHAnsi"/>
        </w:rPr>
        <w:t>dniu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r w:rsidR="00F34E1F">
        <w:rPr>
          <w:rFonts w:asciiTheme="majorHAnsi" w:hAnsiTheme="majorHAnsi" w:cstheme="majorHAnsi"/>
        </w:rPr>
        <w:t xml:space="preserve">…………………… </w:t>
      </w:r>
      <w:proofErr w:type="spellStart"/>
      <w:r w:rsidRPr="00F34E1F">
        <w:rPr>
          <w:rFonts w:asciiTheme="majorHAnsi" w:hAnsiTheme="majorHAnsi" w:cstheme="majorHAnsi"/>
        </w:rPr>
        <w:t>Zdaję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sobie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sprawę</w:t>
      </w:r>
      <w:proofErr w:type="spellEnd"/>
      <w:r w:rsidRPr="00F34E1F">
        <w:rPr>
          <w:rFonts w:asciiTheme="majorHAnsi" w:hAnsiTheme="majorHAnsi" w:cstheme="majorHAnsi"/>
        </w:rPr>
        <w:t xml:space="preserve">, </w:t>
      </w:r>
      <w:proofErr w:type="spellStart"/>
      <w:r w:rsidRPr="00F34E1F">
        <w:rPr>
          <w:rFonts w:asciiTheme="majorHAnsi" w:hAnsiTheme="majorHAnsi" w:cstheme="majorHAnsi"/>
        </w:rPr>
        <w:t>że</w:t>
      </w:r>
      <w:proofErr w:type="spellEnd"/>
      <w:r w:rsidRPr="00F34E1F">
        <w:rPr>
          <w:rFonts w:asciiTheme="majorHAnsi" w:hAnsiTheme="majorHAnsi" w:cstheme="majorHAnsi"/>
        </w:rPr>
        <w:t xml:space="preserve"> osoba upoważniona do odbioru wyników jest zobowiązana do przedstawienia swojego dowodu osobistego lub innego dokumentu tożsamości w celu potwierdzenia swojej tożsamości.</w:t>
      </w:r>
    </w:p>
    <w:p w:rsidR="000530A7" w:rsidRPr="00F34E1F" w:rsidRDefault="00850ABB" w:rsidP="00F34E1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>Podpisuję niniejsze upoważnienie dobrowolnie i z pełną świadomością, że wyniki będą przekazane osobie wskazanej powyżej.</w:t>
      </w:r>
    </w:p>
    <w:p w:rsidR="000530A7" w:rsidRPr="00F34E1F" w:rsidRDefault="00850ABB" w:rsidP="00F34E1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>Data i podpis pacjenta:</w:t>
      </w:r>
    </w:p>
    <w:p w:rsidR="000530A7" w:rsidRDefault="00850ABB" w:rsidP="00ED194A">
      <w:pPr>
        <w:pBdr>
          <w:bottom w:val="single" w:sz="6" w:space="4" w:color="auto"/>
        </w:pBd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>.................................................................  (data i podpis pacjenta)</w:t>
      </w:r>
    </w:p>
    <w:p w:rsidR="00587B0F" w:rsidRDefault="00587B0F" w:rsidP="00ED194A">
      <w:pPr>
        <w:pBdr>
          <w:bottom w:val="single" w:sz="6" w:space="4" w:color="auto"/>
        </w:pBdr>
        <w:spacing w:after="0" w:line="288" w:lineRule="auto"/>
        <w:rPr>
          <w:rFonts w:asciiTheme="majorHAnsi" w:hAnsiTheme="majorHAnsi" w:cstheme="majorHAnsi"/>
        </w:rPr>
      </w:pPr>
    </w:p>
    <w:p w:rsidR="00587B0F" w:rsidRDefault="00587B0F" w:rsidP="00ED194A">
      <w:pPr>
        <w:pBdr>
          <w:bottom w:val="single" w:sz="6" w:space="4" w:color="auto"/>
        </w:pBdr>
        <w:spacing w:after="0" w:line="288" w:lineRule="auto"/>
        <w:rPr>
          <w:rFonts w:asciiTheme="majorHAnsi" w:hAnsiTheme="majorHAnsi" w:cstheme="majorHAnsi"/>
        </w:rPr>
      </w:pPr>
    </w:p>
    <w:p w:rsidR="00F869C2" w:rsidRDefault="00F869C2" w:rsidP="00ED194A">
      <w:pPr>
        <w:pBdr>
          <w:bottom w:val="single" w:sz="6" w:space="4" w:color="auto"/>
        </w:pBdr>
        <w:spacing w:after="0" w:line="288" w:lineRule="auto"/>
        <w:rPr>
          <w:rFonts w:asciiTheme="majorHAnsi" w:hAnsiTheme="majorHAnsi" w:cstheme="majorHAnsi"/>
        </w:rPr>
      </w:pPr>
    </w:p>
    <w:p w:rsidR="00F869C2" w:rsidRDefault="00F869C2" w:rsidP="00ED194A">
      <w:pPr>
        <w:pBdr>
          <w:bottom w:val="single" w:sz="6" w:space="4" w:color="auto"/>
        </w:pBdr>
        <w:spacing w:after="0" w:line="288" w:lineRule="auto"/>
        <w:rPr>
          <w:rFonts w:asciiTheme="majorHAnsi" w:hAnsiTheme="majorHAnsi" w:cstheme="majorHAnsi"/>
        </w:rPr>
      </w:pPr>
    </w:p>
    <w:p w:rsidR="00F869C2" w:rsidRDefault="00F869C2" w:rsidP="00ED194A">
      <w:pPr>
        <w:pBdr>
          <w:bottom w:val="single" w:sz="6" w:space="4" w:color="auto"/>
        </w:pBdr>
        <w:spacing w:after="0" w:line="288" w:lineRule="auto"/>
        <w:rPr>
          <w:rFonts w:asciiTheme="majorHAnsi" w:hAnsiTheme="majorHAnsi" w:cstheme="majorHAnsi"/>
        </w:rPr>
      </w:pPr>
      <w:bookmarkStart w:id="0" w:name="_GoBack"/>
      <w:bookmarkEnd w:id="0"/>
    </w:p>
    <w:p w:rsidR="00587B0F" w:rsidRPr="00587B0F" w:rsidRDefault="00587B0F" w:rsidP="00587B0F"/>
    <w:p w:rsidR="00587B0F" w:rsidRDefault="00587B0F" w:rsidP="00587B0F">
      <w:pPr>
        <w:pStyle w:val="Nagwek1"/>
        <w:jc w:val="center"/>
        <w:rPr>
          <w:rFonts w:cstheme="majorHAnsi"/>
        </w:rPr>
      </w:pPr>
      <w:r w:rsidRPr="00F34E1F">
        <w:rPr>
          <w:rFonts w:cstheme="majorHAnsi"/>
        </w:rPr>
        <w:t>UPOWAŻNIENIE DO ODBIORU WYNIKÓW LABORATORYJNYCH</w:t>
      </w:r>
    </w:p>
    <w:p w:rsidR="00587B0F" w:rsidRPr="00F34E1F" w:rsidRDefault="00587B0F" w:rsidP="00587B0F"/>
    <w:p w:rsidR="00587B0F" w:rsidRPr="00F34E1F" w:rsidRDefault="00587B0F" w:rsidP="00587B0F">
      <w:pPr>
        <w:spacing w:after="0" w:line="288" w:lineRule="auto"/>
        <w:jc w:val="center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 xml:space="preserve">Ja, </w:t>
      </w:r>
      <w:proofErr w:type="spellStart"/>
      <w:r w:rsidRPr="00F34E1F">
        <w:rPr>
          <w:rFonts w:asciiTheme="majorHAnsi" w:hAnsiTheme="majorHAnsi" w:cstheme="majorHAnsi"/>
        </w:rPr>
        <w:t>niżej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podpisany</w:t>
      </w:r>
      <w:proofErr w:type="spellEnd"/>
      <w:r w:rsidRPr="00F34E1F">
        <w:rPr>
          <w:rFonts w:asciiTheme="majorHAnsi" w:hAnsiTheme="majorHAnsi" w:cstheme="majorHAnsi"/>
        </w:rPr>
        <w:t>/a: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proofErr w:type="spellStart"/>
      <w:r w:rsidRPr="00F34E1F">
        <w:rPr>
          <w:rFonts w:asciiTheme="majorHAnsi" w:hAnsiTheme="majorHAnsi" w:cstheme="majorHAnsi"/>
        </w:rPr>
        <w:t>Imię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i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nazwisko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pacjenta</w:t>
      </w:r>
      <w:proofErr w:type="spellEnd"/>
      <w:r w:rsidRPr="00F34E1F">
        <w:rPr>
          <w:rFonts w:asciiTheme="majorHAnsi" w:hAnsiTheme="majorHAnsi" w:cstheme="majorHAnsi"/>
        </w:rPr>
        <w:t>: .................................................................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proofErr w:type="spellStart"/>
      <w:r w:rsidRPr="00F34E1F">
        <w:rPr>
          <w:rFonts w:asciiTheme="majorHAnsi" w:hAnsiTheme="majorHAnsi" w:cstheme="majorHAnsi"/>
        </w:rPr>
        <w:t>Numer</w:t>
      </w:r>
      <w:proofErr w:type="spellEnd"/>
      <w:r w:rsidRPr="00F34E1F">
        <w:rPr>
          <w:rFonts w:asciiTheme="majorHAnsi" w:hAnsiTheme="majorHAnsi" w:cstheme="majorHAnsi"/>
        </w:rPr>
        <w:t xml:space="preserve"> PESEL </w:t>
      </w:r>
      <w:proofErr w:type="spellStart"/>
      <w:r w:rsidRPr="00F34E1F">
        <w:rPr>
          <w:rFonts w:asciiTheme="majorHAnsi" w:hAnsiTheme="majorHAnsi" w:cstheme="majorHAnsi"/>
        </w:rPr>
        <w:t>pacjenta</w:t>
      </w:r>
      <w:proofErr w:type="spellEnd"/>
      <w:r w:rsidRPr="00F34E1F">
        <w:rPr>
          <w:rFonts w:asciiTheme="majorHAnsi" w:hAnsiTheme="majorHAnsi" w:cstheme="majorHAnsi"/>
        </w:rPr>
        <w:t>: .................................................................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proofErr w:type="spellStart"/>
      <w:r w:rsidRPr="00F34E1F">
        <w:rPr>
          <w:rFonts w:asciiTheme="majorHAnsi" w:hAnsiTheme="majorHAnsi" w:cstheme="majorHAnsi"/>
        </w:rPr>
        <w:t>Telefon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kontaktowy</w:t>
      </w:r>
      <w:proofErr w:type="spellEnd"/>
      <w:r w:rsidRPr="00F34E1F">
        <w:rPr>
          <w:rFonts w:asciiTheme="majorHAnsi" w:hAnsiTheme="majorHAnsi" w:cstheme="majorHAnsi"/>
        </w:rPr>
        <w:t>: .................................................................</w:t>
      </w:r>
    </w:p>
    <w:p w:rsidR="00587B0F" w:rsidRPr="00F34E1F" w:rsidRDefault="00587B0F" w:rsidP="00587B0F">
      <w:pPr>
        <w:spacing w:after="0" w:line="288" w:lineRule="auto"/>
        <w:jc w:val="center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Upoważniam</w:t>
      </w:r>
      <w:proofErr w:type="spellEnd"/>
      <w:r>
        <w:rPr>
          <w:rFonts w:asciiTheme="majorHAnsi" w:hAnsiTheme="majorHAnsi" w:cstheme="majorHAnsi"/>
        </w:rPr>
        <w:t>: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proofErr w:type="spellStart"/>
      <w:r w:rsidRPr="00F34E1F">
        <w:rPr>
          <w:rFonts w:asciiTheme="majorHAnsi" w:hAnsiTheme="majorHAnsi" w:cstheme="majorHAnsi"/>
        </w:rPr>
        <w:t>Imię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i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nazwisko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osoby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upoważnionej</w:t>
      </w:r>
      <w:proofErr w:type="spellEnd"/>
      <w:r w:rsidRPr="00F34E1F">
        <w:rPr>
          <w:rFonts w:asciiTheme="majorHAnsi" w:hAnsiTheme="majorHAnsi" w:cstheme="majorHAnsi"/>
        </w:rPr>
        <w:t>: .................................................................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proofErr w:type="spellStart"/>
      <w:r w:rsidRPr="00F34E1F">
        <w:rPr>
          <w:rFonts w:asciiTheme="majorHAnsi" w:hAnsiTheme="majorHAnsi" w:cstheme="majorHAnsi"/>
        </w:rPr>
        <w:t>Numer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dowodu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osobistego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osoby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upoważnionej</w:t>
      </w:r>
      <w:proofErr w:type="spellEnd"/>
      <w:r w:rsidRPr="00F34E1F">
        <w:rPr>
          <w:rFonts w:asciiTheme="majorHAnsi" w:hAnsiTheme="majorHAnsi" w:cstheme="majorHAnsi"/>
        </w:rPr>
        <w:t>: .................................................................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 xml:space="preserve">do </w:t>
      </w:r>
      <w:proofErr w:type="spellStart"/>
      <w:r w:rsidRPr="00F34E1F">
        <w:rPr>
          <w:rFonts w:asciiTheme="majorHAnsi" w:hAnsiTheme="majorHAnsi" w:cstheme="majorHAnsi"/>
        </w:rPr>
        <w:t>odbioru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wyników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laboratoryjnych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dotyczących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mojego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badania</w:t>
      </w:r>
      <w:proofErr w:type="spellEnd"/>
      <w:r w:rsidRPr="00F34E1F">
        <w:rPr>
          <w:rFonts w:asciiTheme="majorHAnsi" w:hAnsiTheme="majorHAnsi" w:cstheme="majorHAnsi"/>
        </w:rPr>
        <w:t xml:space="preserve">, </w:t>
      </w:r>
      <w:proofErr w:type="spellStart"/>
      <w:r w:rsidRPr="00F34E1F">
        <w:rPr>
          <w:rFonts w:asciiTheme="majorHAnsi" w:hAnsiTheme="majorHAnsi" w:cstheme="majorHAnsi"/>
        </w:rPr>
        <w:t>przeprowadzonego</w:t>
      </w:r>
      <w:proofErr w:type="spellEnd"/>
      <w:r w:rsidRPr="00F34E1F">
        <w:rPr>
          <w:rFonts w:asciiTheme="majorHAnsi" w:hAnsiTheme="majorHAnsi" w:cstheme="majorHAnsi"/>
        </w:rPr>
        <w:t xml:space="preserve"> w </w:t>
      </w:r>
      <w:proofErr w:type="spellStart"/>
      <w:r w:rsidRPr="00F34E1F">
        <w:rPr>
          <w:rFonts w:asciiTheme="majorHAnsi" w:hAnsiTheme="majorHAnsi" w:cstheme="majorHAnsi"/>
        </w:rPr>
        <w:t>laboratorium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medycznym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SPZZOZ w </w:t>
      </w:r>
      <w:proofErr w:type="spellStart"/>
      <w:r>
        <w:rPr>
          <w:rFonts w:asciiTheme="majorHAnsi" w:hAnsiTheme="majorHAnsi" w:cstheme="majorHAnsi"/>
        </w:rPr>
        <w:t>Pruszkowie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zlecanych</w:t>
      </w:r>
      <w:proofErr w:type="spellEnd"/>
      <w:r w:rsidRPr="00F34E1F">
        <w:rPr>
          <w:rFonts w:asciiTheme="majorHAnsi" w:hAnsiTheme="majorHAnsi" w:cstheme="majorHAnsi"/>
        </w:rPr>
        <w:t xml:space="preserve"> w </w:t>
      </w:r>
      <w:proofErr w:type="spellStart"/>
      <w:r w:rsidRPr="00F34E1F">
        <w:rPr>
          <w:rFonts w:asciiTheme="majorHAnsi" w:hAnsiTheme="majorHAnsi" w:cstheme="majorHAnsi"/>
        </w:rPr>
        <w:t>dniu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…………………… </w:t>
      </w:r>
      <w:proofErr w:type="spellStart"/>
      <w:r w:rsidRPr="00F34E1F">
        <w:rPr>
          <w:rFonts w:asciiTheme="majorHAnsi" w:hAnsiTheme="majorHAnsi" w:cstheme="majorHAnsi"/>
        </w:rPr>
        <w:t>Zdaję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sobie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sprawę</w:t>
      </w:r>
      <w:proofErr w:type="spellEnd"/>
      <w:r w:rsidRPr="00F34E1F">
        <w:rPr>
          <w:rFonts w:asciiTheme="majorHAnsi" w:hAnsiTheme="majorHAnsi" w:cstheme="majorHAnsi"/>
        </w:rPr>
        <w:t xml:space="preserve">, </w:t>
      </w:r>
      <w:proofErr w:type="spellStart"/>
      <w:r w:rsidRPr="00F34E1F">
        <w:rPr>
          <w:rFonts w:asciiTheme="majorHAnsi" w:hAnsiTheme="majorHAnsi" w:cstheme="majorHAnsi"/>
        </w:rPr>
        <w:t>że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osoba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upoważniona</w:t>
      </w:r>
      <w:proofErr w:type="spellEnd"/>
      <w:r w:rsidRPr="00F34E1F">
        <w:rPr>
          <w:rFonts w:asciiTheme="majorHAnsi" w:hAnsiTheme="majorHAnsi" w:cstheme="majorHAnsi"/>
        </w:rPr>
        <w:t xml:space="preserve"> do </w:t>
      </w:r>
      <w:proofErr w:type="spellStart"/>
      <w:r w:rsidRPr="00F34E1F">
        <w:rPr>
          <w:rFonts w:asciiTheme="majorHAnsi" w:hAnsiTheme="majorHAnsi" w:cstheme="majorHAnsi"/>
        </w:rPr>
        <w:t>odbioru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wyników</w:t>
      </w:r>
      <w:proofErr w:type="spellEnd"/>
      <w:r w:rsidRPr="00F34E1F">
        <w:rPr>
          <w:rFonts w:asciiTheme="majorHAnsi" w:hAnsiTheme="majorHAnsi" w:cstheme="majorHAnsi"/>
        </w:rPr>
        <w:t xml:space="preserve"> jest </w:t>
      </w:r>
      <w:proofErr w:type="spellStart"/>
      <w:r w:rsidRPr="00F34E1F">
        <w:rPr>
          <w:rFonts w:asciiTheme="majorHAnsi" w:hAnsiTheme="majorHAnsi" w:cstheme="majorHAnsi"/>
        </w:rPr>
        <w:t>zobowiązana</w:t>
      </w:r>
      <w:proofErr w:type="spellEnd"/>
      <w:r w:rsidRPr="00F34E1F">
        <w:rPr>
          <w:rFonts w:asciiTheme="majorHAnsi" w:hAnsiTheme="majorHAnsi" w:cstheme="majorHAnsi"/>
        </w:rPr>
        <w:t xml:space="preserve"> do </w:t>
      </w:r>
      <w:proofErr w:type="spellStart"/>
      <w:r w:rsidRPr="00F34E1F">
        <w:rPr>
          <w:rFonts w:asciiTheme="majorHAnsi" w:hAnsiTheme="majorHAnsi" w:cstheme="majorHAnsi"/>
        </w:rPr>
        <w:t>przedstawienia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swojego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dowodu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osobistego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lub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innego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dokumentu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tożsamości</w:t>
      </w:r>
      <w:proofErr w:type="spellEnd"/>
      <w:r w:rsidRPr="00F34E1F">
        <w:rPr>
          <w:rFonts w:asciiTheme="majorHAnsi" w:hAnsiTheme="majorHAnsi" w:cstheme="majorHAnsi"/>
        </w:rPr>
        <w:t xml:space="preserve"> w </w:t>
      </w:r>
      <w:proofErr w:type="spellStart"/>
      <w:r w:rsidRPr="00F34E1F">
        <w:rPr>
          <w:rFonts w:asciiTheme="majorHAnsi" w:hAnsiTheme="majorHAnsi" w:cstheme="majorHAnsi"/>
        </w:rPr>
        <w:t>celu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potwierdzenia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swojej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tożsamości</w:t>
      </w:r>
      <w:proofErr w:type="spellEnd"/>
      <w:r w:rsidRPr="00F34E1F">
        <w:rPr>
          <w:rFonts w:asciiTheme="majorHAnsi" w:hAnsiTheme="majorHAnsi" w:cstheme="majorHAnsi"/>
        </w:rPr>
        <w:t>.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proofErr w:type="spellStart"/>
      <w:r w:rsidRPr="00F34E1F">
        <w:rPr>
          <w:rFonts w:asciiTheme="majorHAnsi" w:hAnsiTheme="majorHAnsi" w:cstheme="majorHAnsi"/>
        </w:rPr>
        <w:t>Podpisuję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niniejsze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upoważnienie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dobrowolnie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i</w:t>
      </w:r>
      <w:proofErr w:type="spellEnd"/>
      <w:r w:rsidRPr="00F34E1F">
        <w:rPr>
          <w:rFonts w:asciiTheme="majorHAnsi" w:hAnsiTheme="majorHAnsi" w:cstheme="majorHAnsi"/>
        </w:rPr>
        <w:t xml:space="preserve"> z </w:t>
      </w:r>
      <w:proofErr w:type="spellStart"/>
      <w:r w:rsidRPr="00F34E1F">
        <w:rPr>
          <w:rFonts w:asciiTheme="majorHAnsi" w:hAnsiTheme="majorHAnsi" w:cstheme="majorHAnsi"/>
        </w:rPr>
        <w:t>pełną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świadomością</w:t>
      </w:r>
      <w:proofErr w:type="spellEnd"/>
      <w:r w:rsidRPr="00F34E1F">
        <w:rPr>
          <w:rFonts w:asciiTheme="majorHAnsi" w:hAnsiTheme="majorHAnsi" w:cstheme="majorHAnsi"/>
        </w:rPr>
        <w:t xml:space="preserve">, </w:t>
      </w:r>
      <w:proofErr w:type="spellStart"/>
      <w:r w:rsidRPr="00F34E1F">
        <w:rPr>
          <w:rFonts w:asciiTheme="majorHAnsi" w:hAnsiTheme="majorHAnsi" w:cstheme="majorHAnsi"/>
        </w:rPr>
        <w:t>że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wyniki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będą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przekazane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osobie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wskazanej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powyżej</w:t>
      </w:r>
      <w:proofErr w:type="spellEnd"/>
      <w:r w:rsidRPr="00F34E1F">
        <w:rPr>
          <w:rFonts w:asciiTheme="majorHAnsi" w:hAnsiTheme="majorHAnsi" w:cstheme="majorHAnsi"/>
        </w:rPr>
        <w:t>.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 xml:space="preserve">Data </w:t>
      </w:r>
      <w:proofErr w:type="spellStart"/>
      <w:r w:rsidRPr="00F34E1F">
        <w:rPr>
          <w:rFonts w:asciiTheme="majorHAnsi" w:hAnsiTheme="majorHAnsi" w:cstheme="majorHAnsi"/>
        </w:rPr>
        <w:t>i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podpis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pacjenta</w:t>
      </w:r>
      <w:proofErr w:type="spellEnd"/>
      <w:r w:rsidRPr="00F34E1F">
        <w:rPr>
          <w:rFonts w:asciiTheme="majorHAnsi" w:hAnsiTheme="majorHAnsi" w:cstheme="majorHAnsi"/>
        </w:rPr>
        <w:t>:</w:t>
      </w:r>
    </w:p>
    <w:p w:rsidR="00587B0F" w:rsidRPr="00F34E1F" w:rsidRDefault="00587B0F" w:rsidP="00587B0F">
      <w:pPr>
        <w:spacing w:after="0" w:line="288" w:lineRule="auto"/>
        <w:rPr>
          <w:rFonts w:asciiTheme="majorHAnsi" w:hAnsiTheme="majorHAnsi" w:cstheme="majorHAnsi"/>
        </w:rPr>
      </w:pPr>
      <w:r w:rsidRPr="00F34E1F">
        <w:rPr>
          <w:rFonts w:asciiTheme="majorHAnsi" w:hAnsiTheme="majorHAnsi" w:cstheme="majorHAnsi"/>
        </w:rPr>
        <w:t xml:space="preserve">.................................................................  (data </w:t>
      </w:r>
      <w:proofErr w:type="spellStart"/>
      <w:r w:rsidRPr="00F34E1F">
        <w:rPr>
          <w:rFonts w:asciiTheme="majorHAnsi" w:hAnsiTheme="majorHAnsi" w:cstheme="majorHAnsi"/>
        </w:rPr>
        <w:t>i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podpis</w:t>
      </w:r>
      <w:proofErr w:type="spellEnd"/>
      <w:r w:rsidRPr="00F34E1F">
        <w:rPr>
          <w:rFonts w:asciiTheme="majorHAnsi" w:hAnsiTheme="majorHAnsi" w:cstheme="majorHAnsi"/>
        </w:rPr>
        <w:t xml:space="preserve"> </w:t>
      </w:r>
      <w:proofErr w:type="spellStart"/>
      <w:r w:rsidRPr="00F34E1F">
        <w:rPr>
          <w:rFonts w:asciiTheme="majorHAnsi" w:hAnsiTheme="majorHAnsi" w:cstheme="majorHAnsi"/>
        </w:rPr>
        <w:t>pacjenta</w:t>
      </w:r>
      <w:proofErr w:type="spellEnd"/>
      <w:r w:rsidRPr="00F34E1F">
        <w:rPr>
          <w:rFonts w:asciiTheme="majorHAnsi" w:hAnsiTheme="majorHAnsi" w:cstheme="majorHAnsi"/>
        </w:rPr>
        <w:t>)</w:t>
      </w:r>
    </w:p>
    <w:p w:rsidR="00F34E1F" w:rsidRDefault="00F34E1F" w:rsidP="00F34E1F">
      <w:pPr>
        <w:spacing w:after="0" w:line="288" w:lineRule="auto"/>
        <w:rPr>
          <w:rFonts w:asciiTheme="majorHAnsi" w:hAnsiTheme="majorHAnsi" w:cstheme="majorHAnsi"/>
          <w:sz w:val="20"/>
          <w:szCs w:val="20"/>
        </w:rPr>
      </w:pPr>
    </w:p>
    <w:p w:rsidR="00F34E1F" w:rsidRPr="00F34E1F" w:rsidRDefault="00F34E1F" w:rsidP="00F34E1F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sectPr w:rsidR="00F34E1F" w:rsidRPr="00F34E1F" w:rsidSect="00587B0F">
      <w:pgSz w:w="11906" w:h="16838" w:code="9"/>
      <w:pgMar w:top="142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4C4" w:rsidRDefault="007004C4" w:rsidP="00F34E1F">
      <w:pPr>
        <w:spacing w:after="0" w:line="240" w:lineRule="auto"/>
      </w:pPr>
      <w:r>
        <w:separator/>
      </w:r>
    </w:p>
  </w:endnote>
  <w:endnote w:type="continuationSeparator" w:id="0">
    <w:p w:rsidR="007004C4" w:rsidRDefault="007004C4" w:rsidP="00F34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4C4" w:rsidRDefault="007004C4" w:rsidP="00F34E1F">
      <w:pPr>
        <w:spacing w:after="0" w:line="240" w:lineRule="auto"/>
      </w:pPr>
      <w:r>
        <w:separator/>
      </w:r>
    </w:p>
  </w:footnote>
  <w:footnote w:type="continuationSeparator" w:id="0">
    <w:p w:rsidR="007004C4" w:rsidRDefault="007004C4" w:rsidP="00F34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0A7"/>
    <w:rsid w:val="0006063C"/>
    <w:rsid w:val="0015074B"/>
    <w:rsid w:val="0029639D"/>
    <w:rsid w:val="00326F90"/>
    <w:rsid w:val="00587B0F"/>
    <w:rsid w:val="007004C4"/>
    <w:rsid w:val="00850ABB"/>
    <w:rsid w:val="00AA1D8D"/>
    <w:rsid w:val="00B47730"/>
    <w:rsid w:val="00CB0664"/>
    <w:rsid w:val="00ED194A"/>
    <w:rsid w:val="00F34E1F"/>
    <w:rsid w:val="00F869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145F731D"/>
  <w14:defaultImageDpi w14:val="300"/>
  <w15:docId w15:val="{7F8F74C8-C61A-4DEF-8651-4686976A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16D67C-7C61-4AFC-889F-9F94BFDC7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Dorota Muranty</cp:lastModifiedBy>
  <cp:revision>4</cp:revision>
  <cp:lastPrinted>2026-02-25T14:06:00Z</cp:lastPrinted>
  <dcterms:created xsi:type="dcterms:W3CDTF">2025-09-02T11:15:00Z</dcterms:created>
  <dcterms:modified xsi:type="dcterms:W3CDTF">2026-02-25T14:07:00Z</dcterms:modified>
  <cp:category/>
</cp:coreProperties>
</file>